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הבסיסיים של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העמדות השונות במגרש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גול, רחבת העונשין וכרטיס צהוב/אדום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השוער או 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לנגוח בראש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כרטיס אדום הוא שמוציא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על המגרש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(שומרים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(עוצרים את היריבים)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(מחברים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(מנסים להבקיע גולים)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(שומר על הכללים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המשחק מתחיל מהעיגול שבאמצע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מוסרים כדור ומתקדמים לכיוון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שחקן בועט ומבקיע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עם יותר גולים מנצחת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שכדורגל הוא משחק קבוצתי, שחשוב לעבוד יחד, למסור כדור ולעזור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מנומקת שמתייחסת לאחד הכללים מהטקסט (כגון איסור נגיעה ביד, כרטיס אדום) תתקבל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צהוב - אזהרה, אדום - יציאה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הקשרים מחברים בין ההגנה להתקפה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מגרש כדורגל ולהצביע על העמדות השונות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המושגים החדשים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על כדורגל: המגרש, הכללים והעמדות של השחקנים והשחקניות.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ושחקניות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נקראת כניסה של הכדור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נמשכת מחצית במשחק של 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רשאי לגעת בכדור בידיים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 או השוערת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עם הכדור חוץ מלבעוט ברגליים?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לנגוח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לדרוך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לגלגל בגב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לגעת בכדור ביד, חוץ מהשוער או השוערת ברחבת העונשין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צהוב אומר שהשחקן יוצא מהמשחק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החלוצים והחלוצות מנסים להבקיע גולים.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מתחיל מהעיגול שבאמצע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שמבקיעה יותר __________ מנצחת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כל שער יש אזור מסומן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שומר על הכללים במשחק ויכול לתת כרטיסים.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שחקן שדוחף או מכשיל יכול לקבל כרטיס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 או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מחברים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מגינים ומגינות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הכללים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קשרים וקשריות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מנסים להבקיע גולים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חלוצים וחלוצות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שומרים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 את היריבים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בועט ומבקיע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מתחיל מהעיגול שבאמצע המגרש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עם יותר גולים מנצחת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מוסרים כדור ומתקדמים לכיוון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אומרים ש"אף שחקן לא מנצח לבד"? הסבירו במשפט או שניים.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כלל בכדורגל נראה לכם הכי חשוב?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בכל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צהוב לכרטיס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התפקיד של הקשרים במגרש?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המגרש, החוקים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