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המגרש, החוקים והעמדות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החוקים הבסיסיים של 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העמדות השונות במגרש ואת תפקידן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המושגים גול, רחבת העונשין וכרטיס צהוב/אדום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45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השוער או השוערת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לנגוח בראש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על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כרטיס אדום הוא שמוציא מהמשחק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תפקידם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בטקסט על המגרש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רחבת העונשין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צהוב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העמדה לתפקיד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(שומרים על השער)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(עוצרים את היריבים)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(מחברים בין ההגנה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(מנסים להבקיע גולים)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(שומר על הכללים במשחק)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המשחק מתחיל מהעיגול שבאמצע המגרש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השחקנים מוסרים כדור ומתקדמים לכיוון השער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שחקן בועט ומבקיע 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הקבוצה עם יותר גולים מנצחת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 שכדורגל הוא משחק קבוצתי, שחשוב לעבוד יחד, למסור כדור ולעזור לחברים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מנומקת שמתייחסת לאחד הכללים מהטקסט (כגון איסור נגיעה ביד, כרטיס אדום) תתקבל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11 שחקנים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צהוב - אזהרה, אדום - יציאה מהמשחק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הקשרים מחברים בין ההגנה להתקפה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תמונה של מגרש כדורגל ולהצביע על העמדות השונות תוך כדי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המושגים החדשים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דיון קצר בכיתה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המגרש, החוקים והעמדות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תרגילים על כדורגל. נלמד על המגרש, החוקים והשחקנים.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כדור שנכנס לשער של הקבוצה היריבה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רחבת העונשין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אזור מסומן לפני השער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שוער/שוערת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השחקן ששומר על השער ומותר לו לגעת בכדור ביד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מגינים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שחקנים שעוצרים את היריבים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קשרים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שחקנים שרצים באמצע המגרש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חלוצים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שחקנים שמנסים להבקיע גולים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צהוב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אזהרה לשחקן שעשה עבירה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אדום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פירושו שהשחקן יוצא מהמשחק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שחקנים יש בקבוצה אחת?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כשהכדור נכנס לשער?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פסילה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עונשין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זמן יש בכל חלק של המשחק?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45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יכול להשתמש בידיים?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השוער או השוערת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עם איזה חלק גוף נוסף מותר לגעת בכדור?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לזרוק ביד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לנגוח בראש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לדרוך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לגלגל בגב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לגעת בכדור ביד, חוץ מהשוער או השוערת ברחבת העונשין שלהם.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 צהוב אומר שהשחקן יוצא מהמשחק מיד.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החלוצים והחלוצות מנסים להבקיע גולים.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מתחיל מהעיגול שבאמצע המגרש.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הקבוצה שמבקיעה יותר __________ מנצחת במשחק.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כל שער יש אזור מסומן שנקרא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שומר על הכללים במשחק ויכול לתת כרטיסים.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שחקן שדוחף או מכשיל יכול לקבל כרטיס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העמדה לתפקיד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שוער או שוערת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שומר על הכללים במשחק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מגינים ומגינות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מנסים להבקיע גולים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קשרים וקשריות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עוצרים את היריבים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חלוצים וחלוצות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שומרים על השער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שופט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מחברים בין ההגנה להתקפה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שחקן בועט ומבקיע גול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המשחק מתחיל מהעיגול שבאמצע המגרש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הקבוצה עם יותר גולים מנצחת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השחקנים מוסרים כדור ומתקדמים לכיוון השער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לדעתכם אומרים ש"אף שחקן לא מנצח לבד"? הסבירו במשפט או שניים.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כלל בכדורגל נראה לכם הכי חשוב? 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שחקנים יש בכל קבוצה?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כרטיס צהוב לכרטיס אדום?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התפקיד של הקשרים במגרש?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המגרש, החוקים והעמדות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