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– המגרש, החוקים והעמדות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החוקים הבסיסיים של 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העמדות השונות במגרש ואת תפקידן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המושגים גול, רחבת העונשין וכרטיס צהוב/אדום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גול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 על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כרטיס אדום הוא שמוציא מהמשחק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תפקידם במשחק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העמדה לתפקיד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(שומרים על השער)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(עוצרים את היריבים)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(מחברים בין ההגנה להתקפה)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(מנסים להבקיע גולים)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המשחק מתחיל מהעיגול שבאמצע המגרש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השחקנים מוסרים כדור ומתקדמים לכיוון השער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שחקן בועט ומבקיע 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הקבוצה עם יותר גולים מנצחת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והבעת דעה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11 שחקנים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צהוב - אזהרה, אדום - יציאה מהמשחק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הקשרים מחברים בין ההגנה להתקפה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תמונה של מגרש כדורגל ולהצביע על העמדות השונות תוך כדי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את המושגים החדשים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לאפשר דיון קצר בכיתה לפני הכתיבה האישית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– המגרש, החוקים והעמדות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מה שלמדנו על כדורגל: המגרש, הכללים והעמדות של השחקנים והשחקניות.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גולים  ·  שופט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שחקנים ושחקניות יש בכל קבוצה על המגרש?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נקראת כניסה של הכדור לשער?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פסילה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מסירה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אסור לגעת בכדור ביד, חוץ מהשוער או השוערת ברחבת העונשין שלהם.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כרטיס צהוב אומר שהשחקן יוצא מהמשחק מיד.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החלוצים והחלוצות מנסים להבקיע גולים.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הקבוצה שמבקיעה יותר __________ מנצחת במשחק.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שומר על הכללים במשחק ויכול לתת כרטיסים.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העמדה לתפקיד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שוער או שוערת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מנסים להבקיע גולים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מגינים ומגינות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מחברים בין ההגנה להתקפה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קשרים וקשריות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עוצרים את היריבים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חלוצים וחלוצות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שומרים על השער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השחקנים מוסרים כדור ומתקדמים לכיוון השער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שחקן בועט ומבקיע גול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הקבוצה עם יותר גולים מנצחת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המשחק מתחיל מהעיגול שבאמצע המגרש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והבעת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שחקנים יש בכל קבוצה?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כרטיס צהוב לכרטיס אדום?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כדורגל – המגרש, החוקים והעמדות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